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E003D" w14:textId="77777777" w:rsidR="00F005B1" w:rsidRDefault="00663596">
      <w:pPr>
        <w:spacing w:after="60"/>
        <w:jc w:val="center"/>
      </w:pPr>
      <w:r>
        <w:rPr>
          <w:b/>
          <w:color w:val="1F4E79"/>
          <w:sz w:val="40"/>
        </w:rPr>
        <w:t>Jeopardy Participant Evaluation</w:t>
      </w:r>
    </w:p>
    <w:p w14:paraId="6BBC2110" w14:textId="77777777" w:rsidR="00F005B1" w:rsidRDefault="00663596">
      <w:pPr>
        <w:spacing w:after="220"/>
        <w:jc w:val="center"/>
      </w:pPr>
      <w:r>
        <w:t>Thank you for sharing your feedback.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F005B1" w14:paraId="51B16FA6" w14:textId="77777777">
        <w:tc>
          <w:tcPr>
            <w:tcW w:w="10224" w:type="dxa"/>
            <w:shd w:val="clear" w:color="auto" w:fill="EAF2F8"/>
            <w:tcMar>
              <w:top w:w="130" w:type="dxa"/>
              <w:left w:w="170" w:type="dxa"/>
              <w:bottom w:w="130" w:type="dxa"/>
              <w:right w:w="170" w:type="dxa"/>
            </w:tcMar>
          </w:tcPr>
          <w:p w14:paraId="2B4D5B39" w14:textId="77777777" w:rsidR="00F005B1" w:rsidRDefault="00663596">
            <w:pPr>
              <w:spacing w:after="0"/>
            </w:pPr>
            <w:r>
              <w:rPr>
                <w:b/>
              </w:rPr>
              <w:t>For each question, check the box that best matches your answer.</w:t>
            </w:r>
          </w:p>
        </w:tc>
      </w:tr>
    </w:tbl>
    <w:p w14:paraId="4D5012D6" w14:textId="77777777" w:rsidR="00883E7D" w:rsidRDefault="00883E7D">
      <w:pPr>
        <w:keepNext/>
        <w:spacing w:before="160" w:after="140"/>
        <w:rPr>
          <w:b/>
          <w:sz w:val="30"/>
        </w:rPr>
      </w:pPr>
    </w:p>
    <w:p w14:paraId="1F151A42" w14:textId="4593AC91" w:rsidR="00F005B1" w:rsidRDefault="00663596">
      <w:pPr>
        <w:keepNext/>
        <w:spacing w:before="160" w:after="140"/>
      </w:pPr>
      <w:r>
        <w:rPr>
          <w:b/>
          <w:sz w:val="30"/>
        </w:rPr>
        <w:t>1. Did today’s nutrition program meet your expectations?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F005B1" w14:paraId="368538CF" w14:textId="77777777">
        <w:tc>
          <w:tcPr>
            <w:tcW w:w="5112" w:type="dxa"/>
            <w:tcMar>
              <w:top w:w="135" w:type="dxa"/>
              <w:left w:w="170" w:type="dxa"/>
              <w:bottom w:w="135" w:type="dxa"/>
              <w:right w:w="170" w:type="dxa"/>
            </w:tcMar>
            <w:vAlign w:val="center"/>
          </w:tcPr>
          <w:p w14:paraId="079D1F7C" w14:textId="77777777" w:rsidR="00F005B1" w:rsidRDefault="00663596">
            <w:pPr>
              <w:spacing w:after="0"/>
            </w:pPr>
            <w:r>
              <w:rPr>
                <w:sz w:val="30"/>
              </w:rPr>
              <w:t>☐</w:t>
            </w:r>
            <w:r>
              <w:rPr>
                <w:sz w:val="30"/>
              </w:rPr>
              <w:t xml:space="preserve">  Yes</w:t>
            </w:r>
          </w:p>
        </w:tc>
        <w:tc>
          <w:tcPr>
            <w:tcW w:w="5112" w:type="dxa"/>
            <w:tcMar>
              <w:top w:w="135" w:type="dxa"/>
              <w:left w:w="170" w:type="dxa"/>
              <w:bottom w:w="135" w:type="dxa"/>
              <w:right w:w="170" w:type="dxa"/>
            </w:tcMar>
            <w:vAlign w:val="center"/>
          </w:tcPr>
          <w:p w14:paraId="31CD92CB" w14:textId="77777777" w:rsidR="00F005B1" w:rsidRDefault="00663596">
            <w:pPr>
              <w:spacing w:after="0"/>
            </w:pPr>
            <w:r>
              <w:rPr>
                <w:sz w:val="30"/>
              </w:rPr>
              <w:t>☐</w:t>
            </w:r>
            <w:r>
              <w:rPr>
                <w:sz w:val="30"/>
              </w:rPr>
              <w:t xml:space="preserve">  No</w:t>
            </w:r>
          </w:p>
        </w:tc>
      </w:tr>
    </w:tbl>
    <w:p w14:paraId="2FE1267B" w14:textId="77777777" w:rsidR="00F005B1" w:rsidRDefault="00663596">
      <w:pPr>
        <w:spacing w:before="120" w:after="80"/>
      </w:pPr>
      <w:r>
        <w:rPr>
          <w:b/>
        </w:rPr>
        <w:t>If you checked No, what would have made the program better?</w:t>
      </w:r>
    </w:p>
    <w:p w14:paraId="6B8E08E2" w14:textId="77777777" w:rsidR="00F005B1" w:rsidRDefault="00663596">
      <w:pPr>
        <w:spacing w:after="100"/>
      </w:pPr>
      <w:r>
        <w:rPr>
          <w:color w:val="5A5A5A"/>
        </w:rPr>
        <w:t>________________________________________________________________</w:t>
      </w:r>
    </w:p>
    <w:p w14:paraId="42F7BBE4" w14:textId="77777777" w:rsidR="00F005B1" w:rsidRDefault="00663596">
      <w:pPr>
        <w:spacing w:after="100"/>
      </w:pPr>
      <w:r>
        <w:rPr>
          <w:color w:val="5A5A5A"/>
        </w:rPr>
        <w:t>________________________________________________________________</w:t>
      </w:r>
    </w:p>
    <w:p w14:paraId="34EFE1FC" w14:textId="77777777" w:rsidR="00F005B1" w:rsidRDefault="00663596">
      <w:pPr>
        <w:keepNext/>
        <w:spacing w:before="160" w:after="140"/>
      </w:pPr>
      <w:r>
        <w:rPr>
          <w:b/>
          <w:sz w:val="30"/>
        </w:rPr>
        <w:t>2. About how many new things did you learn today?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F005B1" w14:paraId="24D1A62A" w14:textId="77777777">
        <w:tc>
          <w:tcPr>
            <w:tcW w:w="5112" w:type="dxa"/>
            <w:tcMar>
              <w:top w:w="135" w:type="dxa"/>
              <w:left w:w="170" w:type="dxa"/>
              <w:bottom w:w="135" w:type="dxa"/>
              <w:right w:w="170" w:type="dxa"/>
            </w:tcMar>
            <w:vAlign w:val="center"/>
          </w:tcPr>
          <w:p w14:paraId="71BD5750" w14:textId="77777777" w:rsidR="00F005B1" w:rsidRDefault="00663596">
            <w:pPr>
              <w:spacing w:after="0"/>
            </w:pPr>
            <w:r>
              <w:rPr>
                <w:sz w:val="30"/>
              </w:rPr>
              <w:t>☐</w:t>
            </w:r>
            <w:r>
              <w:rPr>
                <w:sz w:val="30"/>
              </w:rPr>
              <w:t xml:space="preserve">  None</w:t>
            </w:r>
          </w:p>
        </w:tc>
        <w:tc>
          <w:tcPr>
            <w:tcW w:w="5112" w:type="dxa"/>
            <w:tcMar>
              <w:top w:w="135" w:type="dxa"/>
              <w:left w:w="170" w:type="dxa"/>
              <w:bottom w:w="135" w:type="dxa"/>
              <w:right w:w="170" w:type="dxa"/>
            </w:tcMar>
            <w:vAlign w:val="center"/>
          </w:tcPr>
          <w:p w14:paraId="07CB7EF1" w14:textId="77777777" w:rsidR="00F005B1" w:rsidRDefault="00663596">
            <w:pPr>
              <w:spacing w:after="0"/>
            </w:pPr>
            <w:r>
              <w:rPr>
                <w:sz w:val="30"/>
              </w:rPr>
              <w:t>☐</w:t>
            </w:r>
            <w:r>
              <w:rPr>
                <w:sz w:val="30"/>
              </w:rPr>
              <w:t xml:space="preserve">  1–3</w:t>
            </w:r>
          </w:p>
        </w:tc>
      </w:tr>
      <w:tr w:rsidR="00F005B1" w14:paraId="353EEFB2" w14:textId="77777777">
        <w:tc>
          <w:tcPr>
            <w:tcW w:w="5112" w:type="dxa"/>
            <w:tcMar>
              <w:top w:w="135" w:type="dxa"/>
              <w:left w:w="170" w:type="dxa"/>
              <w:bottom w:w="135" w:type="dxa"/>
              <w:right w:w="170" w:type="dxa"/>
            </w:tcMar>
            <w:vAlign w:val="center"/>
          </w:tcPr>
          <w:p w14:paraId="19E05F18" w14:textId="77777777" w:rsidR="00F005B1" w:rsidRDefault="00663596">
            <w:pPr>
              <w:spacing w:after="0"/>
            </w:pPr>
            <w:r>
              <w:rPr>
                <w:sz w:val="30"/>
              </w:rPr>
              <w:t>☐</w:t>
            </w:r>
            <w:r>
              <w:rPr>
                <w:sz w:val="30"/>
              </w:rPr>
              <w:t xml:space="preserve">  4–6</w:t>
            </w:r>
          </w:p>
        </w:tc>
        <w:tc>
          <w:tcPr>
            <w:tcW w:w="5112" w:type="dxa"/>
            <w:tcMar>
              <w:top w:w="135" w:type="dxa"/>
              <w:left w:w="170" w:type="dxa"/>
              <w:bottom w:w="135" w:type="dxa"/>
              <w:right w:w="170" w:type="dxa"/>
            </w:tcMar>
            <w:vAlign w:val="center"/>
          </w:tcPr>
          <w:p w14:paraId="4FACDA49" w14:textId="77777777" w:rsidR="00F005B1" w:rsidRDefault="00663596">
            <w:pPr>
              <w:spacing w:after="0"/>
            </w:pPr>
            <w:r>
              <w:rPr>
                <w:sz w:val="30"/>
              </w:rPr>
              <w:t>☐</w:t>
            </w:r>
            <w:r>
              <w:rPr>
                <w:sz w:val="30"/>
              </w:rPr>
              <w:t xml:space="preserve">  7 or more</w:t>
            </w:r>
          </w:p>
        </w:tc>
      </w:tr>
    </w:tbl>
    <w:p w14:paraId="4A7E5CF3" w14:textId="77777777" w:rsidR="00F005B1" w:rsidRDefault="00663596">
      <w:pPr>
        <w:keepNext/>
        <w:spacing w:before="160" w:after="140"/>
      </w:pPr>
      <w:r>
        <w:rPr>
          <w:b/>
          <w:sz w:val="30"/>
        </w:rPr>
        <w:t>3. After today’s program, do you think you may make any changes, such as choosing different foods?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F005B1" w14:paraId="699B2C85" w14:textId="77777777">
        <w:tc>
          <w:tcPr>
            <w:tcW w:w="5112" w:type="dxa"/>
            <w:tcMar>
              <w:top w:w="135" w:type="dxa"/>
              <w:left w:w="170" w:type="dxa"/>
              <w:bottom w:w="135" w:type="dxa"/>
              <w:right w:w="170" w:type="dxa"/>
            </w:tcMar>
            <w:vAlign w:val="center"/>
          </w:tcPr>
          <w:p w14:paraId="6CC0B595" w14:textId="77777777" w:rsidR="00F005B1" w:rsidRDefault="00663596">
            <w:pPr>
              <w:spacing w:after="0"/>
            </w:pPr>
            <w:r>
              <w:rPr>
                <w:sz w:val="30"/>
              </w:rPr>
              <w:t>☐</w:t>
            </w:r>
            <w:r>
              <w:rPr>
                <w:sz w:val="30"/>
              </w:rPr>
              <w:t xml:space="preserve">  Yes</w:t>
            </w:r>
          </w:p>
        </w:tc>
        <w:tc>
          <w:tcPr>
            <w:tcW w:w="5112" w:type="dxa"/>
            <w:tcMar>
              <w:top w:w="135" w:type="dxa"/>
              <w:left w:w="170" w:type="dxa"/>
              <w:bottom w:w="135" w:type="dxa"/>
              <w:right w:w="170" w:type="dxa"/>
            </w:tcMar>
            <w:vAlign w:val="center"/>
          </w:tcPr>
          <w:p w14:paraId="38031721" w14:textId="77777777" w:rsidR="00F005B1" w:rsidRDefault="00663596">
            <w:pPr>
              <w:spacing w:after="0"/>
            </w:pPr>
            <w:r>
              <w:rPr>
                <w:sz w:val="30"/>
              </w:rPr>
              <w:t>☐</w:t>
            </w:r>
            <w:r>
              <w:rPr>
                <w:sz w:val="30"/>
              </w:rPr>
              <w:t xml:space="preserve">  No</w:t>
            </w:r>
          </w:p>
        </w:tc>
      </w:tr>
    </w:tbl>
    <w:p w14:paraId="0107DADD" w14:textId="77777777" w:rsidR="00F005B1" w:rsidRDefault="00F005B1">
      <w:pPr>
        <w:pageBreakBefore/>
        <w:spacing w:after="0"/>
      </w:pPr>
    </w:p>
    <w:p w14:paraId="2563FD05" w14:textId="77777777" w:rsidR="00F005B1" w:rsidRDefault="00663596">
      <w:pPr>
        <w:spacing w:after="200"/>
        <w:jc w:val="center"/>
        <w:rPr>
          <w:b/>
          <w:color w:val="1F4E79"/>
          <w:sz w:val="34"/>
        </w:rPr>
      </w:pPr>
      <w:r>
        <w:rPr>
          <w:b/>
          <w:color w:val="1F4E79"/>
          <w:sz w:val="34"/>
        </w:rPr>
        <w:t>Jeopardy Participant Evaluation — Page 2</w:t>
      </w:r>
    </w:p>
    <w:p w14:paraId="66E5CB1F" w14:textId="77777777" w:rsidR="00883E7D" w:rsidRDefault="00883E7D">
      <w:pPr>
        <w:spacing w:after="200"/>
        <w:jc w:val="center"/>
      </w:pPr>
    </w:p>
    <w:p w14:paraId="07EE6D28" w14:textId="77777777" w:rsidR="00F005B1" w:rsidRDefault="00663596">
      <w:pPr>
        <w:keepNext/>
        <w:spacing w:before="160" w:after="140"/>
      </w:pPr>
      <w:r>
        <w:rPr>
          <w:b/>
          <w:sz w:val="30"/>
        </w:rPr>
        <w:t>4. Overall, how satisfied were you with the program?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224"/>
      </w:tblGrid>
      <w:tr w:rsidR="00F005B1" w14:paraId="4AAFB04F" w14:textId="77777777">
        <w:tc>
          <w:tcPr>
            <w:tcW w:w="10224" w:type="dxa"/>
            <w:tcMar>
              <w:top w:w="135" w:type="dxa"/>
              <w:left w:w="170" w:type="dxa"/>
              <w:bottom w:w="135" w:type="dxa"/>
              <w:right w:w="170" w:type="dxa"/>
            </w:tcMar>
            <w:vAlign w:val="center"/>
          </w:tcPr>
          <w:p w14:paraId="60DE4952" w14:textId="77777777" w:rsidR="00F005B1" w:rsidRDefault="00663596">
            <w:pPr>
              <w:spacing w:after="0"/>
            </w:pPr>
            <w:r>
              <w:rPr>
                <w:sz w:val="30"/>
              </w:rPr>
              <w:t>☐</w:t>
            </w:r>
            <w:r>
              <w:rPr>
                <w:sz w:val="30"/>
              </w:rPr>
              <w:t xml:space="preserve">  Very satisfied</w:t>
            </w:r>
          </w:p>
        </w:tc>
      </w:tr>
      <w:tr w:rsidR="00F005B1" w14:paraId="458DC624" w14:textId="77777777">
        <w:tc>
          <w:tcPr>
            <w:tcW w:w="10224" w:type="dxa"/>
            <w:tcMar>
              <w:top w:w="135" w:type="dxa"/>
              <w:left w:w="170" w:type="dxa"/>
              <w:bottom w:w="135" w:type="dxa"/>
              <w:right w:w="170" w:type="dxa"/>
            </w:tcMar>
            <w:vAlign w:val="center"/>
          </w:tcPr>
          <w:p w14:paraId="510B9CDE" w14:textId="77777777" w:rsidR="00F005B1" w:rsidRDefault="00663596">
            <w:pPr>
              <w:spacing w:after="0"/>
            </w:pPr>
            <w:r>
              <w:rPr>
                <w:sz w:val="30"/>
              </w:rPr>
              <w:t>☐</w:t>
            </w:r>
            <w:r>
              <w:rPr>
                <w:sz w:val="30"/>
              </w:rPr>
              <w:t xml:space="preserve">  Moderately satisfied</w:t>
            </w:r>
          </w:p>
        </w:tc>
      </w:tr>
      <w:tr w:rsidR="00F005B1" w14:paraId="28F5D45D" w14:textId="77777777">
        <w:tc>
          <w:tcPr>
            <w:tcW w:w="10224" w:type="dxa"/>
            <w:tcMar>
              <w:top w:w="135" w:type="dxa"/>
              <w:left w:w="170" w:type="dxa"/>
              <w:bottom w:w="135" w:type="dxa"/>
              <w:right w:w="170" w:type="dxa"/>
            </w:tcMar>
            <w:vAlign w:val="center"/>
          </w:tcPr>
          <w:p w14:paraId="6AF73695" w14:textId="77777777" w:rsidR="00F005B1" w:rsidRDefault="00663596">
            <w:pPr>
              <w:spacing w:after="0"/>
            </w:pPr>
            <w:r>
              <w:rPr>
                <w:sz w:val="30"/>
              </w:rPr>
              <w:t>☐</w:t>
            </w:r>
            <w:r>
              <w:rPr>
                <w:sz w:val="30"/>
              </w:rPr>
              <w:t xml:space="preserve">  Neutral</w:t>
            </w:r>
          </w:p>
        </w:tc>
      </w:tr>
      <w:tr w:rsidR="00F005B1" w14:paraId="3B40FE38" w14:textId="77777777">
        <w:tc>
          <w:tcPr>
            <w:tcW w:w="10224" w:type="dxa"/>
            <w:tcMar>
              <w:top w:w="135" w:type="dxa"/>
              <w:left w:w="170" w:type="dxa"/>
              <w:bottom w:w="135" w:type="dxa"/>
              <w:right w:w="170" w:type="dxa"/>
            </w:tcMar>
            <w:vAlign w:val="center"/>
          </w:tcPr>
          <w:p w14:paraId="79E0AC5A" w14:textId="77777777" w:rsidR="00F005B1" w:rsidRDefault="00663596">
            <w:pPr>
              <w:spacing w:after="0"/>
            </w:pPr>
            <w:r>
              <w:rPr>
                <w:sz w:val="30"/>
              </w:rPr>
              <w:t>☐</w:t>
            </w:r>
            <w:r>
              <w:rPr>
                <w:sz w:val="30"/>
              </w:rPr>
              <w:t xml:space="preserve">  Moderately dissatisfied</w:t>
            </w:r>
          </w:p>
        </w:tc>
      </w:tr>
      <w:tr w:rsidR="00F005B1" w14:paraId="1AC0E571" w14:textId="77777777">
        <w:tc>
          <w:tcPr>
            <w:tcW w:w="10224" w:type="dxa"/>
            <w:tcMar>
              <w:top w:w="135" w:type="dxa"/>
              <w:left w:w="170" w:type="dxa"/>
              <w:bottom w:w="135" w:type="dxa"/>
              <w:right w:w="170" w:type="dxa"/>
            </w:tcMar>
            <w:vAlign w:val="center"/>
          </w:tcPr>
          <w:p w14:paraId="47657832" w14:textId="77777777" w:rsidR="00F005B1" w:rsidRDefault="00663596">
            <w:pPr>
              <w:spacing w:after="0"/>
            </w:pPr>
            <w:r>
              <w:rPr>
                <w:sz w:val="30"/>
              </w:rPr>
              <w:t>☐</w:t>
            </w:r>
            <w:r>
              <w:rPr>
                <w:sz w:val="30"/>
              </w:rPr>
              <w:t xml:space="preserve">  Very dissatisfied</w:t>
            </w:r>
          </w:p>
        </w:tc>
      </w:tr>
    </w:tbl>
    <w:p w14:paraId="752EDA44" w14:textId="77777777" w:rsidR="00F005B1" w:rsidRDefault="00663596">
      <w:pPr>
        <w:keepNext/>
        <w:spacing w:before="160" w:after="140"/>
      </w:pPr>
      <w:r>
        <w:rPr>
          <w:b/>
          <w:sz w:val="30"/>
        </w:rPr>
        <w:t>5. Do you have any other comments or ideas for future topics?</w:t>
      </w:r>
    </w:p>
    <w:p w14:paraId="21786814" w14:textId="77777777" w:rsidR="00F005B1" w:rsidRDefault="00663596">
      <w:pPr>
        <w:spacing w:after="100"/>
      </w:pPr>
      <w:r>
        <w:rPr>
          <w:color w:val="5A5A5A"/>
        </w:rPr>
        <w:t>________________________________________________________________</w:t>
      </w:r>
    </w:p>
    <w:p w14:paraId="233D8708" w14:textId="77777777" w:rsidR="00F005B1" w:rsidRDefault="00663596">
      <w:pPr>
        <w:spacing w:after="100"/>
      </w:pPr>
      <w:r>
        <w:rPr>
          <w:color w:val="5A5A5A"/>
        </w:rPr>
        <w:t>________________________________________________________________</w:t>
      </w:r>
    </w:p>
    <w:p w14:paraId="0A72077D" w14:textId="77777777" w:rsidR="00F005B1" w:rsidRDefault="00663596">
      <w:pPr>
        <w:spacing w:after="100"/>
      </w:pPr>
      <w:r>
        <w:rPr>
          <w:color w:val="5A5A5A"/>
        </w:rPr>
        <w:t>________________________________________________________________</w:t>
      </w:r>
    </w:p>
    <w:p w14:paraId="5396081F" w14:textId="77777777" w:rsidR="00F005B1" w:rsidRDefault="00663596">
      <w:pPr>
        <w:spacing w:after="100"/>
      </w:pPr>
      <w:r>
        <w:rPr>
          <w:color w:val="5A5A5A"/>
        </w:rPr>
        <w:t>________________________________________________________________</w:t>
      </w:r>
    </w:p>
    <w:p w14:paraId="3DC27291" w14:textId="77777777" w:rsidR="00F005B1" w:rsidRDefault="00663596">
      <w:pPr>
        <w:spacing w:after="100"/>
      </w:pPr>
      <w:r>
        <w:rPr>
          <w:color w:val="5A5A5A"/>
        </w:rPr>
        <w:t>________________________________________________________________</w:t>
      </w:r>
    </w:p>
    <w:p w14:paraId="67B1EE54" w14:textId="77777777" w:rsidR="00F005B1" w:rsidRDefault="00663596">
      <w:pPr>
        <w:spacing w:after="100"/>
      </w:pPr>
      <w:r>
        <w:rPr>
          <w:color w:val="5A5A5A"/>
        </w:rPr>
        <w:t>________________________________________________________________</w:t>
      </w:r>
    </w:p>
    <w:p w14:paraId="3010FB90" w14:textId="77777777" w:rsidR="00F005B1" w:rsidRDefault="00663596">
      <w:pPr>
        <w:spacing w:before="200"/>
        <w:jc w:val="center"/>
      </w:pPr>
      <w:r>
        <w:rPr>
          <w:b/>
          <w:sz w:val="32"/>
        </w:rPr>
        <w:t>Thank you!</w:t>
      </w:r>
    </w:p>
    <w:sectPr w:rsidR="00F005B1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4013774">
    <w:abstractNumId w:val="8"/>
  </w:num>
  <w:num w:numId="2" w16cid:durableId="1142817984">
    <w:abstractNumId w:val="6"/>
  </w:num>
  <w:num w:numId="3" w16cid:durableId="1846749851">
    <w:abstractNumId w:val="5"/>
  </w:num>
  <w:num w:numId="4" w16cid:durableId="2062098158">
    <w:abstractNumId w:val="4"/>
  </w:num>
  <w:num w:numId="5" w16cid:durableId="1898857744">
    <w:abstractNumId w:val="7"/>
  </w:num>
  <w:num w:numId="6" w16cid:durableId="1498038562">
    <w:abstractNumId w:val="3"/>
  </w:num>
  <w:num w:numId="7" w16cid:durableId="1372265637">
    <w:abstractNumId w:val="2"/>
  </w:num>
  <w:num w:numId="8" w16cid:durableId="2109353039">
    <w:abstractNumId w:val="1"/>
  </w:num>
  <w:num w:numId="9" w16cid:durableId="922647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63596"/>
    <w:rsid w:val="00675D92"/>
    <w:rsid w:val="00883E7D"/>
    <w:rsid w:val="00AA1D8D"/>
    <w:rsid w:val="00B21433"/>
    <w:rsid w:val="00B47730"/>
    <w:rsid w:val="00CB0664"/>
    <w:rsid w:val="00F005B1"/>
    <w:rsid w:val="00F349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7D116A"/>
  <w14:defaultImageDpi w14:val="300"/>
  <w15:docId w15:val="{DC4402EA-B01E-4EAB-9870-233CBC16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Jeopardy Participant Evaluation - Easy Read</dc:title>
  <dc:subject>Large-print participant evaluation form</dc:subject>
  <dc:creator>python-docx</dc:creator>
  <cp:keywords/>
  <dc:description>generated by python-docx</dc:description>
  <cp:lastModifiedBy>Sheeley, Amy (ELD)</cp:lastModifiedBy>
  <cp:revision>2</cp:revision>
  <dcterms:created xsi:type="dcterms:W3CDTF">2026-09-22T21:48:00Z</dcterms:created>
  <dcterms:modified xsi:type="dcterms:W3CDTF">2026-09-22T21:48:00Z</dcterms:modified>
  <cp:category/>
</cp:coreProperties>
</file>